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29 September 2026</w:t>
      </w:r>
    </w:p>
    <w:p>
      <w:r>
        <w:t>Dear Ms. Tan,</w:t>
      </w:r>
    </w:p>
    <w:p>
      <w:r>
        <w:t>Thank you for your interest in working with ACME Corp. This letter confirms the details we discussed during our meeting and outlines the next steps for the project timeline and delivery.</w:t>
      </w:r>
    </w:p>
    <w:p>
      <w:r>
        <w:t>Thank you for your interest in working with ACME Corp. This letter confirms the details we discussed during our meeting and outlines the next steps for the project timeline and delivery.</w:t>
      </w:r>
    </w:p>
    <w:p>
      <w:r>
        <w:t>Thank you for your interest in working with ACME Corp. This letter confirms the details we discussed during our meeting and outlines the next steps for the project timeline and delivery.</w:t>
      </w:r>
    </w:p>
    <w:p>
      <w:r>
        <w:t>Kind regards,</w:t>
        <w:br/>
        <w:t>John Doe</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ACME Corp · 12 Market Street · Jakarta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